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F00AA" w14:textId="77777777" w:rsidR="00FA711B" w:rsidRDefault="005735A1">
      <w:pPr>
        <w:spacing w:after="60"/>
        <w:jc w:val="center"/>
      </w:pPr>
      <w:bookmarkStart w:id="0" w:name="_GoBack"/>
      <w:bookmarkEnd w:id="0"/>
      <w:r>
        <w:rPr>
          <w:rFonts w:eastAsia="Times New Roman"/>
          <w:b/>
          <w:color w:val="000000"/>
          <w:sz w:val="26"/>
        </w:rPr>
        <w:t>SA PÕHJA-EESTI REGIONAALHAIGLA</w:t>
      </w:r>
    </w:p>
    <w:p w14:paraId="79692716" w14:textId="77777777" w:rsidR="00FA711B" w:rsidRDefault="005735A1">
      <w:pPr>
        <w:spacing w:after="200" w:line="240" w:lineRule="auto"/>
        <w:jc w:val="center"/>
        <w:rPr>
          <w:rFonts w:eastAsia="Times New Roman"/>
          <w:b/>
          <w:color w:val="000000"/>
          <w:sz w:val="30"/>
        </w:rPr>
      </w:pPr>
      <w:r>
        <w:rPr>
          <w:rFonts w:eastAsia="Times New Roman"/>
          <w:b/>
          <w:color w:val="000000"/>
          <w:sz w:val="30"/>
        </w:rPr>
        <w:t>ÕPPESTIPENDIUMI TAOTLUS</w:t>
      </w:r>
    </w:p>
    <w:p w14:paraId="6EAB781E" w14:textId="6F86DCDB" w:rsidR="003830DD" w:rsidRPr="003830DD" w:rsidRDefault="003830DD">
      <w:pPr>
        <w:spacing w:after="200" w:line="240" w:lineRule="auto"/>
        <w:jc w:val="center"/>
        <w:rPr>
          <w:sz w:val="26"/>
          <w:szCs w:val="26"/>
        </w:rPr>
      </w:pPr>
      <w:r w:rsidRPr="003830DD">
        <w:rPr>
          <w:rFonts w:eastAsia="Times New Roman"/>
          <w:b/>
          <w:color w:val="000000"/>
          <w:sz w:val="26"/>
          <w:szCs w:val="26"/>
        </w:rPr>
        <w:t xml:space="preserve">EELK </w:t>
      </w:r>
      <w:r w:rsidR="00F65359">
        <w:rPr>
          <w:rFonts w:eastAsia="Times New Roman"/>
          <w:b/>
          <w:color w:val="000000"/>
          <w:sz w:val="26"/>
          <w:szCs w:val="26"/>
        </w:rPr>
        <w:t>Usuteaduse Instituudi ülõpilasele</w:t>
      </w:r>
    </w:p>
    <w:p w14:paraId="520D7313" w14:textId="5621CF5E" w:rsidR="00FA711B" w:rsidRDefault="00FA711B">
      <w:pPr>
        <w:spacing w:after="200"/>
        <w:jc w:val="center"/>
      </w:pPr>
    </w:p>
    <w:tbl>
      <w:tblPr>
        <w:tblW w:w="9408" w:type="dxa"/>
        <w:tblInd w:w="1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4704"/>
      </w:tblGrid>
      <w:tr w:rsidR="00FA711B" w14:paraId="5660646C" w14:textId="77777777">
        <w:tc>
          <w:tcPr>
            <w:tcW w:w="4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90471F2" w14:textId="42BC86F6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 xml:space="preserve">Konkursi aasta: </w:t>
            </w:r>
          </w:p>
        </w:tc>
        <w:tc>
          <w:tcPr>
            <w:tcW w:w="4704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944D25" w14:textId="4453F7AA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 xml:space="preserve">Taotluse kuupäev: </w:t>
            </w:r>
          </w:p>
        </w:tc>
      </w:tr>
    </w:tbl>
    <w:p w14:paraId="4AF97739" w14:textId="6646DCBB" w:rsidR="00FA711B" w:rsidRDefault="005735A1" w:rsidP="00F65359">
      <w:pPr>
        <w:spacing w:before="160" w:after="140" w:line="264" w:lineRule="auto"/>
        <w:jc w:val="both"/>
        <w:rPr>
          <w:rFonts w:eastAsia="Times New Roman"/>
          <w:color w:val="000000"/>
          <w:sz w:val="21"/>
        </w:rPr>
      </w:pPr>
      <w:r>
        <w:rPr>
          <w:rFonts w:eastAsia="Times New Roman"/>
          <w:color w:val="000000"/>
          <w:sz w:val="21"/>
        </w:rPr>
        <w:t>Stipendiumile saab kandideerida EELK Usuteaduse Instituudi hingehoiu eriala üliõpilane alates teisest õppeaastast. Taotlus esitatakse elektrooniliselt koos motivatsioonikirja ja õppejõu soovituskirjaga.</w:t>
      </w:r>
    </w:p>
    <w:p w14:paraId="5F5FA670" w14:textId="77777777" w:rsidR="00FA711B" w:rsidRDefault="005735A1">
      <w:pPr>
        <w:pStyle w:val="Pealkiri1"/>
      </w:pPr>
      <w:r>
        <w:rPr>
          <w:rFonts w:ascii="Times New Roman" w:eastAsia="Times New Roman" w:hAnsi="Times New Roman"/>
        </w:rPr>
        <w:t>1. Taotleja andmed</w:t>
      </w:r>
    </w:p>
    <w:tbl>
      <w:tblPr>
        <w:tblW w:w="9408" w:type="dxa"/>
        <w:tblInd w:w="100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714"/>
      </w:tblGrid>
      <w:tr w:rsidR="00FA711B" w14:paraId="27818C11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8103A1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Ees- ja perekonnanimi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753BBD" w14:textId="77777777" w:rsidR="00FA711B" w:rsidRDefault="00FA711B">
            <w:pPr>
              <w:spacing w:after="0" w:line="240" w:lineRule="auto"/>
            </w:pPr>
          </w:p>
        </w:tc>
      </w:tr>
      <w:tr w:rsidR="00FA711B" w14:paraId="6048BB54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E729D0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Isikukood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3BEEE5" w14:textId="77777777" w:rsidR="00FA711B" w:rsidRDefault="00FA711B">
            <w:pPr>
              <w:spacing w:after="0" w:line="240" w:lineRule="auto"/>
            </w:pPr>
          </w:p>
        </w:tc>
      </w:tr>
      <w:tr w:rsidR="00FA711B" w14:paraId="14A097EE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47742F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E-post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4113C8" w14:textId="77777777" w:rsidR="00FA711B" w:rsidRDefault="00FA711B">
            <w:pPr>
              <w:spacing w:after="0" w:line="240" w:lineRule="auto"/>
            </w:pPr>
          </w:p>
        </w:tc>
      </w:tr>
      <w:tr w:rsidR="00FA711B" w14:paraId="605CB851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F148BE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Telefon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80A593" w14:textId="77777777" w:rsidR="00FA711B" w:rsidRDefault="00FA711B">
            <w:pPr>
              <w:spacing w:after="0" w:line="240" w:lineRule="auto"/>
            </w:pPr>
          </w:p>
        </w:tc>
      </w:tr>
    </w:tbl>
    <w:p w14:paraId="6017D2F1" w14:textId="77777777" w:rsidR="00FA711B" w:rsidRDefault="005735A1">
      <w:pPr>
        <w:pStyle w:val="Pealkiri1"/>
      </w:pPr>
      <w:r>
        <w:rPr>
          <w:rFonts w:ascii="Times New Roman" w:eastAsia="Times New Roman" w:hAnsi="Times New Roman"/>
        </w:rPr>
        <w:t>2. Õppeandmed</w:t>
      </w:r>
    </w:p>
    <w:tbl>
      <w:tblPr>
        <w:tblW w:w="9408" w:type="dxa"/>
        <w:tblInd w:w="100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714"/>
      </w:tblGrid>
      <w:tr w:rsidR="00FA711B" w14:paraId="660FCFA4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044763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Õppekava / eriala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3360A7" w14:textId="77777777" w:rsidR="00FA711B" w:rsidRDefault="00FA711B">
            <w:pPr>
              <w:spacing w:after="0" w:line="240" w:lineRule="auto"/>
            </w:pPr>
          </w:p>
        </w:tc>
      </w:tr>
      <w:tr w:rsidR="00FA711B" w14:paraId="7216570B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1B0793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Õpingute alustamise aasta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FE47D3" w14:textId="77777777" w:rsidR="00FA711B" w:rsidRDefault="00FA711B">
            <w:pPr>
              <w:spacing w:after="0" w:line="240" w:lineRule="auto"/>
            </w:pPr>
          </w:p>
        </w:tc>
      </w:tr>
      <w:tr w:rsidR="00FA711B" w14:paraId="08213E35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F92894" w14:textId="61CD6F13" w:rsidR="00FA711B" w:rsidRPr="004F6816" w:rsidRDefault="005735A1">
            <w:pPr>
              <w:spacing w:after="0" w:line="240" w:lineRule="auto"/>
            </w:pPr>
            <w:r w:rsidRPr="004F6816">
              <w:rPr>
                <w:rFonts w:eastAsia="Times New Roman"/>
                <w:b/>
                <w:color w:val="000000"/>
                <w:sz w:val="21"/>
              </w:rPr>
              <w:t>Õppekava täitmise maht</w:t>
            </w:r>
            <w:r w:rsidR="004F6816" w:rsidRPr="004F6816">
              <w:rPr>
                <w:rFonts w:eastAsia="Times New Roman"/>
                <w:b/>
                <w:color w:val="000000"/>
                <w:sz w:val="21"/>
              </w:rPr>
              <w:t xml:space="preserve"> </w:t>
            </w:r>
            <w:r w:rsidRPr="004F6816">
              <w:rPr>
                <w:rFonts w:eastAsia="Times New Roman"/>
                <w:b/>
                <w:color w:val="000000"/>
                <w:sz w:val="21"/>
              </w:rPr>
              <w:t>(EAP)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96900F" w14:textId="77777777" w:rsidR="00FA711B" w:rsidRDefault="00FA711B">
            <w:pPr>
              <w:spacing w:after="0" w:line="240" w:lineRule="auto"/>
            </w:pPr>
          </w:p>
        </w:tc>
      </w:tr>
      <w:tr w:rsidR="00FA711B" w14:paraId="726531A3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5C37EA" w14:textId="64EEFA8F" w:rsidR="00FA711B" w:rsidRPr="004F6816" w:rsidRDefault="005735A1">
            <w:pPr>
              <w:spacing w:after="0" w:line="240" w:lineRule="auto"/>
            </w:pPr>
            <w:r w:rsidRPr="004F6816">
              <w:rPr>
                <w:rFonts w:eastAsia="Times New Roman"/>
                <w:b/>
                <w:color w:val="000000"/>
                <w:sz w:val="21"/>
              </w:rPr>
              <w:t>Kaalutud keskmine hinne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DA0E59" w14:textId="77777777" w:rsidR="00FA711B" w:rsidRDefault="00FA711B">
            <w:pPr>
              <w:spacing w:after="0" w:line="240" w:lineRule="auto"/>
            </w:pPr>
          </w:p>
        </w:tc>
      </w:tr>
      <w:tr w:rsidR="00FA711B" w14:paraId="0F9022E8" w14:textId="77777777" w:rsidTr="00314F52">
        <w:trPr>
          <w:cantSplit/>
          <w:trHeight w:val="1531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2E3B18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Õppetööalase edukuse või õpingute senise käigu lühiselgitus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B9DCB62" w14:textId="77777777" w:rsidR="00FA711B" w:rsidRDefault="00FA711B">
            <w:pPr>
              <w:spacing w:after="0" w:line="240" w:lineRule="auto"/>
            </w:pPr>
          </w:p>
        </w:tc>
      </w:tr>
    </w:tbl>
    <w:p w14:paraId="2797C984" w14:textId="77777777" w:rsidR="00FA711B" w:rsidRDefault="005735A1">
      <w:r>
        <w:br w:type="page"/>
      </w:r>
    </w:p>
    <w:p w14:paraId="051A9F61" w14:textId="77777777" w:rsidR="00FA711B" w:rsidRDefault="005735A1">
      <w:pPr>
        <w:pStyle w:val="Pealkiri1"/>
      </w:pPr>
      <w:r>
        <w:rPr>
          <w:rFonts w:ascii="Times New Roman" w:eastAsia="Times New Roman" w:hAnsi="Times New Roman"/>
        </w:rPr>
        <w:lastRenderedPageBreak/>
        <w:t>3. Soovitaja andmed</w:t>
      </w:r>
    </w:p>
    <w:p w14:paraId="6960F838" w14:textId="77777777" w:rsidR="00FA711B" w:rsidRDefault="005735A1">
      <w:r>
        <w:rPr>
          <w:rFonts w:eastAsia="Times New Roman"/>
          <w:i/>
          <w:color w:val="666666"/>
          <w:sz w:val="21"/>
        </w:rPr>
        <w:t>Soovituskiri esitatakse taotlusele lisatud eraldi failina.</w:t>
      </w:r>
    </w:p>
    <w:tbl>
      <w:tblPr>
        <w:tblW w:w="9408" w:type="dxa"/>
        <w:tblInd w:w="100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714"/>
      </w:tblGrid>
      <w:tr w:rsidR="00FA711B" w14:paraId="3ADEDDE6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81F6E16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Soovitaja nimi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CF117D" w14:textId="77777777" w:rsidR="00FA711B" w:rsidRDefault="00FA711B">
            <w:pPr>
              <w:spacing w:after="0" w:line="240" w:lineRule="auto"/>
            </w:pPr>
          </w:p>
        </w:tc>
      </w:tr>
      <w:tr w:rsidR="00FA711B" w14:paraId="6008A1AB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F39334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Amet / roll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62F2C8" w14:textId="77777777" w:rsidR="00FA711B" w:rsidRDefault="00FA711B">
            <w:pPr>
              <w:spacing w:after="0" w:line="240" w:lineRule="auto"/>
            </w:pPr>
          </w:p>
        </w:tc>
      </w:tr>
      <w:tr w:rsidR="00FA711B" w14:paraId="3D90F97E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2F141B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E-post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233ABC" w14:textId="77777777" w:rsidR="00FA711B" w:rsidRDefault="00FA711B">
            <w:pPr>
              <w:spacing w:after="0" w:line="240" w:lineRule="auto"/>
            </w:pPr>
          </w:p>
        </w:tc>
      </w:tr>
      <w:tr w:rsidR="00FA711B" w14:paraId="28CAE95B" w14:textId="77777777" w:rsidTr="00314F52">
        <w:trPr>
          <w:cantSplit/>
          <w:trHeight w:val="397"/>
        </w:trPr>
        <w:tc>
          <w:tcPr>
            <w:tcW w:w="269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C01D47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Telefon</w:t>
            </w:r>
          </w:p>
        </w:tc>
        <w:tc>
          <w:tcPr>
            <w:tcW w:w="671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302A13" w14:textId="77777777" w:rsidR="00FA711B" w:rsidRDefault="00FA711B">
            <w:pPr>
              <w:spacing w:after="0" w:line="240" w:lineRule="auto"/>
            </w:pPr>
          </w:p>
        </w:tc>
      </w:tr>
    </w:tbl>
    <w:p w14:paraId="0B67025B" w14:textId="77777777" w:rsidR="00FA711B" w:rsidRDefault="005735A1">
      <w:pPr>
        <w:pStyle w:val="Pealkiri1"/>
      </w:pPr>
      <w:r>
        <w:rPr>
          <w:rFonts w:ascii="Times New Roman" w:eastAsia="Times New Roman" w:hAnsi="Times New Roman"/>
        </w:rPr>
        <w:t>4. Taotlusele lisatud dokumendid</w:t>
      </w:r>
    </w:p>
    <w:tbl>
      <w:tblPr>
        <w:tblW w:w="9356" w:type="dxa"/>
        <w:tblInd w:w="100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3069"/>
        <w:gridCol w:w="6287"/>
      </w:tblGrid>
      <w:tr w:rsidR="007F50F6" w14:paraId="47685720" w14:textId="77777777" w:rsidTr="005E2984">
        <w:trPr>
          <w:tblHeader/>
        </w:trPr>
        <w:tc>
          <w:tcPr>
            <w:tcW w:w="3069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CA2D47D" w14:textId="77777777" w:rsidR="007F50F6" w:rsidRDefault="007F50F6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Dokument</w:t>
            </w:r>
          </w:p>
        </w:tc>
        <w:tc>
          <w:tcPr>
            <w:tcW w:w="6287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BEAFBA" w14:textId="77777777" w:rsidR="007F50F6" w:rsidRDefault="007F50F6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Faili nimi</w:t>
            </w:r>
          </w:p>
        </w:tc>
      </w:tr>
      <w:tr w:rsidR="007F50F6" w14:paraId="30B13D30" w14:textId="77777777" w:rsidTr="005E2984">
        <w:trPr>
          <w:cantSplit/>
          <w:trHeight w:val="442"/>
        </w:trPr>
        <w:tc>
          <w:tcPr>
            <w:tcW w:w="306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CE36AF" w14:textId="77CE405A" w:rsidR="007F50F6" w:rsidRDefault="007F50F6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21"/>
              </w:rPr>
              <w:t>Motivatsioonikiri*</w:t>
            </w:r>
          </w:p>
        </w:tc>
        <w:tc>
          <w:tcPr>
            <w:tcW w:w="62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148EA5" w14:textId="77777777" w:rsidR="007F50F6" w:rsidRDefault="007F50F6">
            <w:pPr>
              <w:spacing w:after="0" w:line="240" w:lineRule="auto"/>
            </w:pPr>
          </w:p>
        </w:tc>
      </w:tr>
      <w:tr w:rsidR="007F50F6" w14:paraId="3A80C78D" w14:textId="77777777" w:rsidTr="005E2984">
        <w:trPr>
          <w:cantSplit/>
          <w:trHeight w:val="442"/>
        </w:trPr>
        <w:tc>
          <w:tcPr>
            <w:tcW w:w="306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3C2497" w14:textId="77777777" w:rsidR="007F50F6" w:rsidRDefault="007F50F6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21"/>
              </w:rPr>
              <w:t>Õppejõu soovituskiri</w:t>
            </w:r>
          </w:p>
        </w:tc>
        <w:tc>
          <w:tcPr>
            <w:tcW w:w="62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547106" w14:textId="77777777" w:rsidR="007F50F6" w:rsidRDefault="007F50F6" w:rsidP="005E2984">
            <w:pPr>
              <w:spacing w:after="0" w:line="240" w:lineRule="auto"/>
              <w:ind w:right="-105"/>
            </w:pPr>
          </w:p>
        </w:tc>
      </w:tr>
      <w:tr w:rsidR="007F50F6" w14:paraId="11BB8A44" w14:textId="77777777" w:rsidTr="005E2984">
        <w:trPr>
          <w:cantSplit/>
          <w:trHeight w:val="442"/>
        </w:trPr>
        <w:tc>
          <w:tcPr>
            <w:tcW w:w="306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75298FB" w14:textId="0B8AD00F" w:rsidR="007F50F6" w:rsidRPr="00F65359" w:rsidRDefault="007F50F6">
            <w:pPr>
              <w:spacing w:after="0" w:line="240" w:lineRule="auto"/>
              <w:rPr>
                <w:rFonts w:eastAsia="Times New Roman"/>
                <w:color w:val="000000"/>
                <w:sz w:val="21"/>
                <w:highlight w:val="yellow"/>
              </w:rPr>
            </w:pPr>
            <w:r w:rsidRPr="004F6816">
              <w:rPr>
                <w:rFonts w:eastAsia="Times New Roman"/>
                <w:color w:val="000000"/>
                <w:sz w:val="21"/>
              </w:rPr>
              <w:t>CV</w:t>
            </w:r>
          </w:p>
        </w:tc>
        <w:tc>
          <w:tcPr>
            <w:tcW w:w="62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C3D47D" w14:textId="77777777" w:rsidR="007F50F6" w:rsidRDefault="007F50F6">
            <w:pPr>
              <w:spacing w:after="0" w:line="240" w:lineRule="auto"/>
            </w:pPr>
          </w:p>
        </w:tc>
      </w:tr>
      <w:tr w:rsidR="007F50F6" w14:paraId="61C25709" w14:textId="77777777" w:rsidTr="005E2984">
        <w:trPr>
          <w:cantSplit/>
          <w:trHeight w:val="442"/>
        </w:trPr>
        <w:tc>
          <w:tcPr>
            <w:tcW w:w="306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D6B7D13" w14:textId="77777777" w:rsidR="007F50F6" w:rsidRDefault="007F50F6">
            <w:pPr>
              <w:spacing w:after="0" w:line="240" w:lineRule="auto"/>
            </w:pPr>
            <w:r>
              <w:rPr>
                <w:rFonts w:eastAsia="Times New Roman"/>
                <w:color w:val="000000"/>
                <w:sz w:val="21"/>
              </w:rPr>
              <w:t>Muu lisa (soovi korral)</w:t>
            </w:r>
          </w:p>
        </w:tc>
        <w:tc>
          <w:tcPr>
            <w:tcW w:w="628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AA4268" w14:textId="77777777" w:rsidR="007F50F6" w:rsidRDefault="007F50F6">
            <w:pPr>
              <w:spacing w:after="0" w:line="240" w:lineRule="auto"/>
            </w:pPr>
          </w:p>
        </w:tc>
      </w:tr>
    </w:tbl>
    <w:p w14:paraId="7791EA81" w14:textId="1173CE89" w:rsidR="00FA711B" w:rsidRDefault="004F6816" w:rsidP="005E2984">
      <w:pPr>
        <w:spacing w:before="100" w:after="0" w:line="259" w:lineRule="auto"/>
        <w:jc w:val="both"/>
      </w:pPr>
      <w:r>
        <w:rPr>
          <w:rFonts w:eastAsia="Times New Roman"/>
          <w:color w:val="000000"/>
          <w:sz w:val="21"/>
        </w:rPr>
        <w:t>*</w:t>
      </w:r>
      <w:r w:rsidR="00347F3F">
        <w:rPr>
          <w:rFonts w:eastAsia="Times New Roman"/>
          <w:color w:val="000000"/>
          <w:sz w:val="21"/>
        </w:rPr>
        <w:t>Vabas vormis m</w:t>
      </w:r>
      <w:r w:rsidR="005735A1">
        <w:rPr>
          <w:rFonts w:eastAsia="Times New Roman"/>
          <w:color w:val="000000"/>
          <w:sz w:val="21"/>
        </w:rPr>
        <w:t>otivatsioonikir</w:t>
      </w:r>
      <w:r>
        <w:rPr>
          <w:rFonts w:eastAsia="Times New Roman"/>
          <w:color w:val="000000"/>
          <w:sz w:val="21"/>
        </w:rPr>
        <w:t xml:space="preserve">jas </w:t>
      </w:r>
      <w:r w:rsidR="005735A1">
        <w:rPr>
          <w:rFonts w:eastAsia="Times New Roman"/>
          <w:color w:val="000000"/>
          <w:sz w:val="21"/>
        </w:rPr>
        <w:t>palume avada oma motivatsioon</w:t>
      </w:r>
      <w:r w:rsidR="00347F3F">
        <w:rPr>
          <w:rFonts w:eastAsia="Times New Roman"/>
          <w:color w:val="000000"/>
          <w:sz w:val="21"/>
        </w:rPr>
        <w:t>i</w:t>
      </w:r>
      <w:r w:rsidR="005735A1">
        <w:rPr>
          <w:rFonts w:eastAsia="Times New Roman"/>
          <w:color w:val="000000"/>
          <w:sz w:val="21"/>
        </w:rPr>
        <w:t xml:space="preserve"> hingehoiu õppimiseks</w:t>
      </w:r>
      <w:r w:rsidR="00220753">
        <w:rPr>
          <w:rFonts w:eastAsia="Times New Roman"/>
          <w:color w:val="000000"/>
          <w:sz w:val="21"/>
        </w:rPr>
        <w:t xml:space="preserve"> </w:t>
      </w:r>
      <w:r w:rsidR="005735A1">
        <w:rPr>
          <w:rFonts w:eastAsia="Times New Roman"/>
          <w:color w:val="000000"/>
          <w:sz w:val="21"/>
        </w:rPr>
        <w:t>ning stipendiumi tähendus</w:t>
      </w:r>
      <w:r w:rsidR="00347F3F">
        <w:rPr>
          <w:rFonts w:eastAsia="Times New Roman"/>
          <w:color w:val="000000"/>
          <w:sz w:val="21"/>
        </w:rPr>
        <w:t>t</w:t>
      </w:r>
      <w:r w:rsidR="005735A1">
        <w:rPr>
          <w:rFonts w:eastAsia="Times New Roman"/>
          <w:color w:val="000000"/>
          <w:sz w:val="21"/>
        </w:rPr>
        <w:t xml:space="preserve"> õpingute jätkamisele ja erialasele </w:t>
      </w:r>
      <w:r w:rsidR="00347F3F">
        <w:rPr>
          <w:rFonts w:eastAsia="Times New Roman"/>
          <w:color w:val="000000"/>
          <w:sz w:val="21"/>
        </w:rPr>
        <w:t>arengule.</w:t>
      </w:r>
      <w:r>
        <w:rPr>
          <w:rFonts w:eastAsia="Times New Roman"/>
          <w:color w:val="000000"/>
          <w:sz w:val="21"/>
        </w:rPr>
        <w:t xml:space="preserve"> Samuti kirjeldada senist kokkupuudet hingehoiutööga, kui see on olemas</w:t>
      </w:r>
      <w:r w:rsidR="005E2984">
        <w:rPr>
          <w:rFonts w:eastAsia="Times New Roman"/>
          <w:color w:val="000000"/>
          <w:sz w:val="21"/>
        </w:rPr>
        <w:t>, ja oma visiooni hingehoiu õpingute rakendamiseks igapäevaelus pärast kooli lõpetamist.</w:t>
      </w:r>
    </w:p>
    <w:p w14:paraId="33DE48D5" w14:textId="77777777" w:rsidR="00FA711B" w:rsidRDefault="005735A1">
      <w:pPr>
        <w:pStyle w:val="Pealkiri1"/>
      </w:pPr>
      <w:r>
        <w:rPr>
          <w:rFonts w:ascii="Times New Roman" w:eastAsia="Times New Roman" w:hAnsi="Times New Roman"/>
        </w:rPr>
        <w:t>5. Taotleja kinnitus</w:t>
      </w:r>
    </w:p>
    <w:p w14:paraId="719CD17E" w14:textId="36D641AD" w:rsidR="00FA711B" w:rsidRDefault="005735A1" w:rsidP="004F6816">
      <w:pPr>
        <w:spacing w:line="264" w:lineRule="auto"/>
        <w:jc w:val="both"/>
        <w:rPr>
          <w:sz w:val="21"/>
          <w:szCs w:val="21"/>
        </w:rPr>
      </w:pPr>
      <w:r>
        <w:rPr>
          <w:rFonts w:eastAsia="Times New Roman"/>
          <w:color w:val="000000"/>
          <w:sz w:val="21"/>
        </w:rPr>
        <w:t xml:space="preserve">Kinnitan, et taotluses ja lisades esitatud andmed on õiged ning vastavad </w:t>
      </w:r>
      <w:r w:rsidRPr="004F6816">
        <w:rPr>
          <w:rFonts w:eastAsia="Times New Roman"/>
          <w:color w:val="000000"/>
          <w:sz w:val="21"/>
          <w:szCs w:val="21"/>
        </w:rPr>
        <w:t>tegelikkusele.</w:t>
      </w:r>
    </w:p>
    <w:p w14:paraId="56F6B0B8" w14:textId="1EA48210" w:rsidR="007F50F6" w:rsidRPr="004F6816" w:rsidRDefault="007F50F6" w:rsidP="004F6816">
      <w:pPr>
        <w:spacing w:line="264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Stipendiumi eraldamisel olen nõus sõlmima </w:t>
      </w:r>
      <w:r w:rsidR="0021279A">
        <w:rPr>
          <w:sz w:val="21"/>
          <w:szCs w:val="21"/>
        </w:rPr>
        <w:t xml:space="preserve">SA </w:t>
      </w:r>
      <w:r>
        <w:rPr>
          <w:sz w:val="21"/>
          <w:szCs w:val="21"/>
        </w:rPr>
        <w:t>EELK Usuteaduse Instituudiga stipendiumi kasutamise leping</w:t>
      </w:r>
      <w:r w:rsidR="0021279A">
        <w:rPr>
          <w:sz w:val="21"/>
          <w:szCs w:val="21"/>
        </w:rPr>
        <w:t xml:space="preserve">u ning </w:t>
      </w:r>
      <w:r w:rsidR="0021279A" w:rsidRPr="00BC6218">
        <w:rPr>
          <w:sz w:val="21"/>
          <w:szCs w:val="21"/>
        </w:rPr>
        <w:t>hiljemalt üks aasta pärast stipendiumi kätteandmist esitama stipendiumikomisjonile stipendiumi kasutamise aruande.</w:t>
      </w:r>
    </w:p>
    <w:p w14:paraId="09C01313" w14:textId="085C5A7C" w:rsidR="004F6816" w:rsidRPr="007F50F6" w:rsidRDefault="005735A1" w:rsidP="007F50F6">
      <w:pPr>
        <w:spacing w:after="160" w:line="264" w:lineRule="auto"/>
        <w:jc w:val="both"/>
        <w:rPr>
          <w:rFonts w:eastAsia="Times New Roman"/>
          <w:color w:val="000000"/>
          <w:sz w:val="21"/>
        </w:rPr>
      </w:pPr>
      <w:r>
        <w:rPr>
          <w:rFonts w:eastAsia="Times New Roman"/>
          <w:color w:val="000000"/>
          <w:sz w:val="21"/>
        </w:rPr>
        <w:t>Olen teadlik, et taotluses esitatud andmeid ning minu õppetulemusi töödeldakse stipendiumikonkursi läbiviimiseks ja taotluse hindamiseks.</w:t>
      </w:r>
    </w:p>
    <w:tbl>
      <w:tblPr>
        <w:tblW w:w="9408" w:type="dxa"/>
        <w:tblInd w:w="10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4704"/>
      </w:tblGrid>
      <w:tr w:rsidR="00FA711B" w14:paraId="736C3AE3" w14:textId="77777777">
        <w:trPr>
          <w:cantSplit/>
          <w:trHeight w:val="510"/>
        </w:trPr>
        <w:tc>
          <w:tcPr>
            <w:tcW w:w="47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301A4D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Taotleja nimi</w:t>
            </w:r>
          </w:p>
        </w:tc>
        <w:tc>
          <w:tcPr>
            <w:tcW w:w="4704" w:type="dxa"/>
            <w:shd w:val="clear" w:color="auto" w:fill="EDEDED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6DB2AD" w14:textId="77777777" w:rsidR="00FA711B" w:rsidRDefault="005735A1">
            <w:pPr>
              <w:spacing w:after="0" w:line="240" w:lineRule="auto"/>
            </w:pPr>
            <w:r>
              <w:rPr>
                <w:rFonts w:eastAsia="Times New Roman"/>
                <w:b/>
                <w:color w:val="000000"/>
                <w:sz w:val="21"/>
              </w:rPr>
              <w:t>Allkirjastamise kuupäev</w:t>
            </w:r>
          </w:p>
        </w:tc>
      </w:tr>
      <w:tr w:rsidR="00FA711B" w14:paraId="305BFD74" w14:textId="77777777">
        <w:trPr>
          <w:cantSplit/>
          <w:trHeight w:val="510"/>
        </w:trPr>
        <w:tc>
          <w:tcPr>
            <w:tcW w:w="47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A1BFE78" w14:textId="77777777" w:rsidR="00FA711B" w:rsidRDefault="00FA711B">
            <w:pPr>
              <w:spacing w:after="0" w:line="240" w:lineRule="auto"/>
            </w:pPr>
          </w:p>
        </w:tc>
        <w:tc>
          <w:tcPr>
            <w:tcW w:w="4704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FDF991" w14:textId="77777777" w:rsidR="00FA711B" w:rsidRDefault="00FA711B">
            <w:pPr>
              <w:spacing w:after="0" w:line="240" w:lineRule="auto"/>
            </w:pPr>
          </w:p>
        </w:tc>
      </w:tr>
    </w:tbl>
    <w:p w14:paraId="54171372" w14:textId="77777777" w:rsidR="00FA711B" w:rsidRDefault="005735A1">
      <w:pPr>
        <w:spacing w:before="100" w:after="0"/>
      </w:pPr>
      <w:r>
        <w:rPr>
          <w:rFonts w:eastAsia="Times New Roman"/>
          <w:i/>
          <w:color w:val="666666"/>
          <w:sz w:val="20"/>
        </w:rPr>
        <w:t>Taotlus allkirjastatakse digitaalselt.</w:t>
      </w:r>
    </w:p>
    <w:p w14:paraId="1451E11F" w14:textId="77777777" w:rsidR="00FA711B" w:rsidRDefault="005735A1">
      <w:pPr>
        <w:pStyle w:val="Pealkiri1"/>
      </w:pPr>
      <w:r>
        <w:rPr>
          <w:rFonts w:ascii="Times New Roman" w:eastAsia="Times New Roman" w:hAnsi="Times New Roman"/>
        </w:rPr>
        <w:t>6. Taotluse esitamine</w:t>
      </w:r>
    </w:p>
    <w:p w14:paraId="5CE4A695" w14:textId="32A84AA9" w:rsidR="007F50F6" w:rsidRPr="0021279A" w:rsidRDefault="005735A1" w:rsidP="005E2984">
      <w:pPr>
        <w:spacing w:after="0" w:line="264" w:lineRule="auto"/>
        <w:jc w:val="both"/>
        <w:rPr>
          <w:rFonts w:eastAsia="Times New Roman"/>
          <w:color w:val="000000"/>
          <w:sz w:val="21"/>
        </w:rPr>
      </w:pPr>
      <w:r>
        <w:rPr>
          <w:rFonts w:eastAsia="Times New Roman"/>
          <w:color w:val="000000"/>
          <w:sz w:val="21"/>
        </w:rPr>
        <w:t>Taotlus koos nõutud lisadega esitatakse elektrooniliselt konkursikuulutuses märgitud viisil hiljemalt 1. oktoobriks.</w:t>
      </w:r>
    </w:p>
    <w:sectPr w:rsidR="007F50F6" w:rsidRPr="0021279A" w:rsidSect="00034616">
      <w:headerReference w:type="default" r:id="rId8"/>
      <w:footerReference w:type="default" r:id="rId9"/>
      <w:footerReference w:type="first" r:id="rId10"/>
      <w:pgSz w:w="11906" w:h="16838"/>
      <w:pgMar w:top="1134" w:right="1247" w:bottom="1020" w:left="1247" w:header="510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50F98" w14:textId="77777777" w:rsidR="00366E98" w:rsidRDefault="00366E98">
      <w:pPr>
        <w:spacing w:after="0" w:line="240" w:lineRule="auto"/>
      </w:pPr>
      <w:r>
        <w:separator/>
      </w:r>
    </w:p>
  </w:endnote>
  <w:endnote w:type="continuationSeparator" w:id="0">
    <w:p w14:paraId="182FCC46" w14:textId="77777777" w:rsidR="00366E98" w:rsidRDefault="00366E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2A34F" w14:textId="36CE90F2" w:rsidR="00FA711B" w:rsidRDefault="005735A1">
    <w:pPr>
      <w:pStyle w:val="Jalus"/>
      <w:jc w:val="right"/>
    </w:pPr>
    <w:r>
      <w:rPr>
        <w:rFonts w:eastAsia="Times New Roman"/>
        <w:color w:val="666666"/>
        <w:sz w:val="18"/>
      </w:rPr>
      <w:t xml:space="preserve">Lehekülg </w:t>
    </w:r>
    <w:r>
      <w:rPr>
        <w:rFonts w:eastAsia="Times New Roman"/>
        <w:color w:val="666666"/>
        <w:sz w:val="18"/>
      </w:rPr>
      <w:fldChar w:fldCharType="begin"/>
    </w:r>
    <w:r>
      <w:rPr>
        <w:rFonts w:eastAsia="Times New Roman"/>
        <w:color w:val="666666"/>
        <w:sz w:val="18"/>
      </w:rPr>
      <w:instrText>PAGE</w:instrText>
    </w:r>
    <w:r>
      <w:rPr>
        <w:rFonts w:eastAsia="Times New Roman"/>
        <w:color w:val="666666"/>
        <w:sz w:val="18"/>
      </w:rPr>
      <w:fldChar w:fldCharType="separate"/>
    </w:r>
    <w:r w:rsidR="009B0A0A">
      <w:rPr>
        <w:rFonts w:eastAsia="Times New Roman"/>
        <w:noProof/>
        <w:color w:val="666666"/>
        <w:sz w:val="18"/>
      </w:rPr>
      <w:t>2</w:t>
    </w:r>
    <w:r>
      <w:rPr>
        <w:rFonts w:eastAsia="Times New Roman"/>
        <w:color w:val="666666"/>
        <w:sz w:val="18"/>
      </w:rPr>
      <w:fldChar w:fldCharType="end"/>
    </w:r>
    <w:r>
      <w:rPr>
        <w:rFonts w:eastAsia="Times New Roman"/>
        <w:color w:val="666666"/>
        <w:sz w:val="18"/>
      </w:rPr>
      <w:t xml:space="preserve"> / </w:t>
    </w:r>
    <w:r>
      <w:rPr>
        <w:rFonts w:eastAsia="Times New Roman"/>
        <w:color w:val="666666"/>
        <w:sz w:val="18"/>
      </w:rPr>
      <w:fldChar w:fldCharType="begin"/>
    </w:r>
    <w:r>
      <w:rPr>
        <w:rFonts w:eastAsia="Times New Roman"/>
        <w:color w:val="666666"/>
        <w:sz w:val="18"/>
      </w:rPr>
      <w:instrText>NUMPAGES</w:instrText>
    </w:r>
    <w:r>
      <w:rPr>
        <w:rFonts w:eastAsia="Times New Roman"/>
        <w:color w:val="666666"/>
        <w:sz w:val="18"/>
      </w:rPr>
      <w:fldChar w:fldCharType="separate"/>
    </w:r>
    <w:r w:rsidR="009B0A0A">
      <w:rPr>
        <w:rFonts w:eastAsia="Times New Roman"/>
        <w:noProof/>
        <w:color w:val="666666"/>
        <w:sz w:val="18"/>
      </w:rPr>
      <w:t>2</w:t>
    </w:r>
    <w:r>
      <w:rPr>
        <w:rFonts w:eastAsia="Times New Roman"/>
        <w:color w:val="666666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419327" w14:textId="0B17BA0C" w:rsidR="00FA711B" w:rsidRDefault="005735A1">
    <w:pPr>
      <w:pStyle w:val="Jalus"/>
      <w:jc w:val="right"/>
    </w:pPr>
    <w:r>
      <w:rPr>
        <w:rFonts w:eastAsia="Times New Roman"/>
        <w:color w:val="666666"/>
        <w:sz w:val="18"/>
      </w:rPr>
      <w:t xml:space="preserve">Lehekülg </w:t>
    </w:r>
    <w:r>
      <w:rPr>
        <w:rFonts w:eastAsia="Times New Roman"/>
        <w:color w:val="666666"/>
        <w:sz w:val="18"/>
      </w:rPr>
      <w:fldChar w:fldCharType="begin"/>
    </w:r>
    <w:r>
      <w:rPr>
        <w:rFonts w:eastAsia="Times New Roman"/>
        <w:color w:val="666666"/>
        <w:sz w:val="18"/>
      </w:rPr>
      <w:instrText>PAGE</w:instrText>
    </w:r>
    <w:r>
      <w:rPr>
        <w:rFonts w:eastAsia="Times New Roman"/>
        <w:color w:val="666666"/>
        <w:sz w:val="18"/>
      </w:rPr>
      <w:fldChar w:fldCharType="separate"/>
    </w:r>
    <w:r w:rsidR="009B0A0A">
      <w:rPr>
        <w:rFonts w:eastAsia="Times New Roman"/>
        <w:noProof/>
        <w:color w:val="666666"/>
        <w:sz w:val="18"/>
      </w:rPr>
      <w:t>1</w:t>
    </w:r>
    <w:r>
      <w:rPr>
        <w:rFonts w:eastAsia="Times New Roman"/>
        <w:color w:val="666666"/>
        <w:sz w:val="18"/>
      </w:rPr>
      <w:fldChar w:fldCharType="end"/>
    </w:r>
    <w:r>
      <w:rPr>
        <w:rFonts w:eastAsia="Times New Roman"/>
        <w:color w:val="666666"/>
        <w:sz w:val="18"/>
      </w:rPr>
      <w:t xml:space="preserve"> / </w:t>
    </w:r>
    <w:r>
      <w:rPr>
        <w:rFonts w:eastAsia="Times New Roman"/>
        <w:color w:val="666666"/>
        <w:sz w:val="18"/>
      </w:rPr>
      <w:fldChar w:fldCharType="begin"/>
    </w:r>
    <w:r>
      <w:rPr>
        <w:rFonts w:eastAsia="Times New Roman"/>
        <w:color w:val="666666"/>
        <w:sz w:val="18"/>
      </w:rPr>
      <w:instrText>NUMPAGES</w:instrText>
    </w:r>
    <w:r>
      <w:rPr>
        <w:rFonts w:eastAsia="Times New Roman"/>
        <w:color w:val="666666"/>
        <w:sz w:val="18"/>
      </w:rPr>
      <w:fldChar w:fldCharType="separate"/>
    </w:r>
    <w:r w:rsidR="009B0A0A">
      <w:rPr>
        <w:rFonts w:eastAsia="Times New Roman"/>
        <w:noProof/>
        <w:color w:val="666666"/>
        <w:sz w:val="18"/>
      </w:rPr>
      <w:t>2</w:t>
    </w:r>
    <w:r>
      <w:rPr>
        <w:rFonts w:eastAsia="Times New Roman"/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A579D8" w14:textId="77777777" w:rsidR="00366E98" w:rsidRDefault="00366E98">
      <w:pPr>
        <w:spacing w:after="0" w:line="240" w:lineRule="auto"/>
      </w:pPr>
      <w:r>
        <w:separator/>
      </w:r>
    </w:p>
  </w:footnote>
  <w:footnote w:type="continuationSeparator" w:id="0">
    <w:p w14:paraId="630A25E2" w14:textId="77777777" w:rsidR="00366E98" w:rsidRDefault="00366E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F2CF3" w14:textId="54CE42A2" w:rsidR="00FA711B" w:rsidRDefault="005735A1">
    <w:pPr>
      <w:pStyle w:val="Pis"/>
    </w:pPr>
    <w:r>
      <w:rPr>
        <w:rFonts w:eastAsia="Times New Roman"/>
        <w:color w:val="666666"/>
        <w:sz w:val="18"/>
      </w:rPr>
      <w:t>SA Põhja-Eesti Regionaalhaigla õppestipendium</w:t>
    </w:r>
    <w:r w:rsidR="00BC6218">
      <w:rPr>
        <w:rFonts w:eastAsia="Times New Roman"/>
        <w:color w:val="666666"/>
        <w:sz w:val="18"/>
      </w:rPr>
      <w:t>i</w:t>
    </w:r>
    <w:r>
      <w:rPr>
        <w:rFonts w:eastAsia="Times New Roman"/>
        <w:color w:val="666666"/>
        <w:sz w:val="18"/>
      </w:rPr>
      <w:t xml:space="preserve"> taotlus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2A50"/>
    <w:rsid w:val="0015074B"/>
    <w:rsid w:val="0021279A"/>
    <w:rsid w:val="00220753"/>
    <w:rsid w:val="0029639D"/>
    <w:rsid w:val="00314F52"/>
    <w:rsid w:val="00326F90"/>
    <w:rsid w:val="00347F3F"/>
    <w:rsid w:val="00366E98"/>
    <w:rsid w:val="003830DD"/>
    <w:rsid w:val="00430D2C"/>
    <w:rsid w:val="004F6816"/>
    <w:rsid w:val="005735A1"/>
    <w:rsid w:val="005E2984"/>
    <w:rsid w:val="006C28D0"/>
    <w:rsid w:val="007F50F6"/>
    <w:rsid w:val="009B0A0A"/>
    <w:rsid w:val="00AA1D8D"/>
    <w:rsid w:val="00AB0648"/>
    <w:rsid w:val="00B47730"/>
    <w:rsid w:val="00BC6218"/>
    <w:rsid w:val="00CB0664"/>
    <w:rsid w:val="00F65359"/>
    <w:rsid w:val="00F674CA"/>
    <w:rsid w:val="00FA71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A701B7"/>
  <w14:defaultImageDpi w14:val="300"/>
  <w15:docId w15:val="{4A6344BD-D592-D344-8149-3A6CA17E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FC693F"/>
    <w:pPr>
      <w:spacing w:after="100" w:line="252" w:lineRule="auto"/>
    </w:pPr>
    <w:rPr>
      <w:rFonts w:ascii="Times New Roman" w:hAnsi="Times New Roma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200" w:after="8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4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0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i/>
      <w:iCs/>
      <w:color w:val="000000"/>
      <w:spacing w:val="15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Tugevtsitaat">
    <w:name w:val="Intense Quote"/>
    <w:basedOn w:val="Normaallaad"/>
    <w:next w:val="Normaallaad"/>
    <w:link w:val="Tuge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TugevtsitaatMrk">
    <w:name w:val="Tugev tsitaat Märk"/>
    <w:basedOn w:val="Liguvaikefont"/>
    <w:link w:val="Tuge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Tuge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Tuge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mmentaariviide">
    <w:name w:val="annotation reference"/>
    <w:basedOn w:val="Liguvaikefont"/>
    <w:uiPriority w:val="99"/>
    <w:semiHidden/>
    <w:unhideWhenUsed/>
    <w:rsid w:val="00AB0648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AB0648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AB0648"/>
    <w:rPr>
      <w:rFonts w:ascii="Times New Roman" w:hAnsi="Times New Roman"/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AB0648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AB0648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C422832-942C-48D5-9014-CF8E35EE7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1586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 Põhja-Eesti Regionaalhaigla õppestipendiumi taotlusvorm</vt:lpstr>
      <vt:lpstr>SA Põhja-Eesti Regionaalhaigla õppestipendiumi taotlusvorm</vt:lpstr>
    </vt:vector>
  </TitlesOfParts>
  <Manager/>
  <Company/>
  <LinksUpToDate>false</LinksUpToDate>
  <CharactersWithSpaces>1856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 Põhja-Eesti Regionaalhaigla õppestipendiumi taotlusvorm</dc:title>
  <dc:subject>Õppestipendiumi taotlus</dc:subject>
  <dc:creator>SA EELK Usuteaduse Instituut</dc:creator>
  <cp:keywords>stipendium, hingehoid, taotlus</cp:keywords>
  <dc:description>generated by python-docx</dc:description>
  <cp:lastModifiedBy>Mariann</cp:lastModifiedBy>
  <cp:revision>2</cp:revision>
  <dcterms:created xsi:type="dcterms:W3CDTF">2026-09-09T11:22:00Z</dcterms:created>
  <dcterms:modified xsi:type="dcterms:W3CDTF">2026-09-09T11:22:00Z</dcterms:modified>
  <cp:category/>
</cp:coreProperties>
</file>